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0D36" w14:textId="77ECDF12" w:rsidR="002E33A8" w:rsidRPr="00F64769" w:rsidRDefault="002E33A8" w:rsidP="002E33A8">
      <w:pPr>
        <w:spacing w:line="240" w:lineRule="auto"/>
        <w:jc w:val="center"/>
        <w:rPr>
          <w:rFonts w:ascii="BIZ UDP明朝 Medium" w:eastAsia="BIZ UDP明朝 Medium" w:hAnsi="BIZ UDP明朝 Medium"/>
          <w:sz w:val="32"/>
          <w:szCs w:val="32"/>
          <w:lang w:eastAsia="ja-JP"/>
        </w:rPr>
      </w:pPr>
      <w:r w:rsidRPr="00F64769">
        <w:rPr>
          <w:rFonts w:ascii="BIZ UDP明朝 Medium" w:eastAsia="BIZ UDP明朝 Medium" w:hAnsi="BIZ UDP明朝 Medium"/>
          <w:b/>
          <w:bCs/>
          <w:sz w:val="32"/>
          <w:szCs w:val="32"/>
          <w:lang w:eastAsia="ja-JP"/>
        </w:rPr>
        <w:t>三浦海岸プレミアム商品券事業 参加申込書</w:t>
      </w:r>
    </w:p>
    <w:p w14:paraId="112F0437" w14:textId="6AAB6D8B" w:rsidR="002E33A8" w:rsidRPr="002E33A8" w:rsidRDefault="002E33A8" w:rsidP="002E33A8">
      <w:pPr>
        <w:spacing w:line="240" w:lineRule="auto"/>
        <w:rPr>
          <w:rFonts w:ascii="BIZ UDP明朝 Medium" w:eastAsia="BIZ UDP明朝 Medium" w:hAnsi="BIZ UDP明朝 Medium"/>
          <w:b/>
          <w:bCs/>
          <w:lang w:eastAsia="ja-JP"/>
        </w:rPr>
      </w:pPr>
      <w:r w:rsidRPr="002E33A8">
        <w:rPr>
          <w:rFonts w:ascii="BIZ UDP明朝 Medium" w:eastAsia="BIZ UDP明朝 Medium" w:hAnsi="BIZ UDP明朝 Medium"/>
          <w:b/>
          <w:bCs/>
          <w:lang w:eastAsia="ja-JP"/>
        </w:rPr>
        <w:t>参加条件</w:t>
      </w:r>
      <w:r>
        <w:rPr>
          <w:rFonts w:ascii="BIZ UDP明朝 Medium" w:eastAsia="BIZ UDP明朝 Medium" w:hAnsi="BIZ UDP明朝 Medium" w:hint="eastAsia"/>
          <w:b/>
          <w:bCs/>
          <w:lang w:eastAsia="ja-JP"/>
        </w:rPr>
        <w:t xml:space="preserve">　</w:t>
      </w:r>
      <w:r w:rsidRPr="002E33A8">
        <w:rPr>
          <w:rFonts w:ascii="BIZ UDP明朝 Medium" w:eastAsia="BIZ UDP明朝 Medium" w:hAnsi="BIZ UDP明朝 Medium"/>
          <w:lang w:eastAsia="ja-JP"/>
        </w:rPr>
        <w:t>以下のいずれかに該当する店舗</w:t>
      </w:r>
    </w:p>
    <w:p w14:paraId="097CE345" w14:textId="233B9C33" w:rsidR="002E33A8" w:rsidRPr="002E33A8" w:rsidRDefault="002E33A8" w:rsidP="002E33A8">
      <w:pPr>
        <w:spacing w:line="240" w:lineRule="auto"/>
        <w:rPr>
          <w:rFonts w:ascii="BIZ UDP明朝 Medium" w:eastAsia="BIZ UDP明朝 Medium" w:hAnsi="BIZ UDP明朝 Medium"/>
          <w:lang w:eastAsia="ja-JP"/>
        </w:rPr>
      </w:pPr>
      <w:r w:rsidRPr="002E33A8">
        <w:rPr>
          <w:rFonts w:ascii="BIZ UDP明朝 Medium" w:eastAsia="BIZ UDP明朝 Medium" w:hAnsi="BIZ UDP明朝 Medium"/>
          <w:lang w:eastAsia="ja-JP"/>
        </w:rPr>
        <w:t xml:space="preserve">□ </w:t>
      </w:r>
      <w:r w:rsidR="006C207C">
        <w:rPr>
          <w:rFonts w:ascii="BIZ UDP明朝 Medium" w:eastAsia="BIZ UDP明朝 Medium" w:hAnsi="BIZ UDP明朝 Medium" w:hint="eastAsia"/>
          <w:lang w:eastAsia="ja-JP"/>
        </w:rPr>
        <w:t>みうら</w:t>
      </w:r>
      <w:r w:rsidRPr="002E33A8">
        <w:rPr>
          <w:rFonts w:ascii="BIZ UDP明朝 Medium" w:eastAsia="BIZ UDP明朝 Medium" w:hAnsi="BIZ UDP明朝 Medium"/>
          <w:lang w:eastAsia="ja-JP"/>
        </w:rPr>
        <w:t>ビーチ商店会会員</w:t>
      </w:r>
    </w:p>
    <w:p w14:paraId="3C5876F2" w14:textId="15AB8609" w:rsidR="002E33A8" w:rsidRDefault="002E33A8" w:rsidP="002E33A8">
      <w:pPr>
        <w:spacing w:line="240" w:lineRule="auto"/>
        <w:rPr>
          <w:rFonts w:ascii="BIZ UDP明朝 Medium" w:eastAsia="BIZ UDP明朝 Medium" w:hAnsi="BIZ UDP明朝 Medium"/>
          <w:lang w:eastAsia="ja-JP"/>
        </w:rPr>
      </w:pPr>
      <w:r w:rsidRPr="002E33A8">
        <w:rPr>
          <w:rFonts w:ascii="BIZ UDP明朝 Medium" w:eastAsia="BIZ UDP明朝 Medium" w:hAnsi="BIZ UDP明朝 Medium"/>
          <w:lang w:eastAsia="ja-JP"/>
        </w:rPr>
        <w:t>□ スタンプウォーク2026秋へ参加する</w:t>
      </w:r>
    </w:p>
    <w:p w14:paraId="24444775" w14:textId="2B7E89F3" w:rsidR="00F64769" w:rsidRPr="002E33A8" w:rsidRDefault="00F64769" w:rsidP="002E33A8">
      <w:pPr>
        <w:spacing w:line="240" w:lineRule="auto"/>
        <w:rPr>
          <w:rFonts w:ascii="BIZ UDP明朝 Medium" w:eastAsia="BIZ UDP明朝 Medium" w:hAnsi="BIZ UDP明朝 Medium"/>
          <w:lang w:eastAsia="ja-JP"/>
        </w:rPr>
      </w:pPr>
      <w:r>
        <w:rPr>
          <w:rFonts w:ascii="BIZ UDP明朝 Medium" w:eastAsia="BIZ UDP明朝 Medium" w:hAnsi="BIZ UDP明朝 Medium" w:hint="eastAsia"/>
          <w:lang w:eastAsia="ja-JP"/>
        </w:rPr>
        <w:t>（下記②のスタンプウォーク参加欄を記入してください）</w:t>
      </w:r>
    </w:p>
    <w:p w14:paraId="4586F074" w14:textId="1AE5A0A1" w:rsidR="00092FF4" w:rsidRPr="00F64769" w:rsidRDefault="002E33A8" w:rsidP="00F64769">
      <w:pPr>
        <w:pStyle w:val="ae"/>
        <w:numPr>
          <w:ilvl w:val="0"/>
          <w:numId w:val="10"/>
        </w:numPr>
        <w:spacing w:line="240" w:lineRule="auto"/>
        <w:rPr>
          <w:rFonts w:ascii="BIZ UDP明朝 Medium" w:eastAsia="BIZ UDP明朝 Medium" w:hAnsi="BIZ UDP明朝 Medium"/>
          <w:lang w:eastAsia="ja-JP"/>
        </w:rPr>
      </w:pPr>
      <w:r w:rsidRPr="00F64769">
        <w:rPr>
          <w:rFonts w:ascii="BIZ UDP明朝 Medium" w:eastAsia="BIZ UDP明朝 Medium" w:hAnsi="BIZ UDP明朝 Medium"/>
          <w:lang w:eastAsia="ja-JP"/>
        </w:rPr>
        <w:t>商品券事業申込欄</w:t>
      </w:r>
      <w:r w:rsidR="00F64769">
        <w:rPr>
          <w:rFonts w:ascii="BIZ UDP明朝 Medium" w:eastAsia="BIZ UDP明朝 Medium" w:hAnsi="BIZ UDP明朝 Medium" w:hint="eastAsia"/>
          <w:lang w:eastAsia="ja-JP"/>
        </w:rPr>
        <w:t>（※は必須です）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254"/>
        <w:gridCol w:w="4376"/>
      </w:tblGrid>
      <w:tr w:rsidR="00092FF4" w:rsidRPr="002E33A8" w14:paraId="4D193FE9" w14:textId="77777777" w:rsidTr="00563ABA">
        <w:tc>
          <w:tcPr>
            <w:tcW w:w="4320" w:type="dxa"/>
          </w:tcPr>
          <w:p w14:paraId="64C3610A" w14:textId="5B0140CF" w:rsidR="00092FF4" w:rsidRPr="002E33A8" w:rsidRDefault="00563ABA" w:rsidP="008B0427">
            <w:pPr>
              <w:rPr>
                <w:rFonts w:ascii="BIZ UDP明朝 Medium" w:eastAsia="BIZ UDP明朝 Medium" w:hAnsi="BIZ UDP明朝 Medium"/>
              </w:rPr>
            </w:pPr>
            <w:bookmarkStart w:id="0" w:name="_Hlk235552910"/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申込</w:t>
            </w:r>
            <w:r w:rsidRPr="002E33A8">
              <w:rPr>
                <w:rFonts w:ascii="BIZ UDP明朝 Medium" w:eastAsia="BIZ UDP明朝 Medium" w:hAnsi="BIZ UDP明朝 Medium" w:hint="eastAsia"/>
              </w:rPr>
              <w:t>日 ※</w:t>
            </w:r>
          </w:p>
        </w:tc>
        <w:tc>
          <w:tcPr>
            <w:tcW w:w="4435" w:type="dxa"/>
          </w:tcPr>
          <w:p w14:paraId="366EA0BD" w14:textId="49BCD9B1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>令和８</w:t>
            </w:r>
            <w:r w:rsidRPr="002E33A8">
              <w:rPr>
                <w:rFonts w:ascii="BIZ UDP明朝 Medium" w:eastAsia="BIZ UDP明朝 Medium" w:hAnsi="BIZ UDP明朝 Medium" w:hint="eastAsia"/>
              </w:rPr>
              <w:t xml:space="preserve">年　　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 xml:space="preserve">　　　　</w:t>
            </w:r>
            <w:r w:rsidRPr="002E33A8">
              <w:rPr>
                <w:rFonts w:ascii="BIZ UDP明朝 Medium" w:eastAsia="BIZ UDP明朝 Medium" w:hAnsi="BIZ UDP明朝 Medium" w:hint="eastAsia"/>
              </w:rPr>
              <w:t xml:space="preserve">月　　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 xml:space="preserve">　　　　</w:t>
            </w:r>
            <w:r w:rsidRPr="002E33A8">
              <w:rPr>
                <w:rFonts w:ascii="BIZ UDP明朝 Medium" w:eastAsia="BIZ UDP明朝 Medium" w:hAnsi="BIZ UDP明朝 Medium" w:hint="eastAsia"/>
              </w:rPr>
              <w:t>日</w:t>
            </w:r>
          </w:p>
        </w:tc>
      </w:tr>
      <w:tr w:rsidR="00092FF4" w:rsidRPr="002E33A8" w14:paraId="7EDB1808" w14:textId="77777777" w:rsidTr="00563ABA">
        <w:tc>
          <w:tcPr>
            <w:tcW w:w="4320" w:type="dxa"/>
          </w:tcPr>
          <w:p w14:paraId="5CB5B1E6" w14:textId="77777777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参加店名 ※</w:t>
            </w:r>
          </w:p>
        </w:tc>
        <w:tc>
          <w:tcPr>
            <w:tcW w:w="4435" w:type="dxa"/>
          </w:tcPr>
          <w:p w14:paraId="67E993BF" w14:textId="77777777" w:rsidR="00092FF4" w:rsidRPr="002E33A8" w:rsidRDefault="00092FF4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  <w:p w14:paraId="41769FBE" w14:textId="77777777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092FF4" w:rsidRPr="002E33A8" w14:paraId="3A5846AB" w14:textId="77777777" w:rsidTr="00563ABA">
        <w:tc>
          <w:tcPr>
            <w:tcW w:w="4320" w:type="dxa"/>
          </w:tcPr>
          <w:p w14:paraId="3635ED35" w14:textId="6C85FEC6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事業者名</w:t>
            </w:r>
            <w:r w:rsidR="00563ABA" w:rsidRPr="002E33A8">
              <w:rPr>
                <w:rFonts w:ascii="BIZ UDP明朝 Medium" w:eastAsia="BIZ UDP明朝 Medium" w:hAnsi="BIZ UDP明朝 Medium" w:hint="eastAsia"/>
                <w:lang w:eastAsia="ja-JP"/>
              </w:rPr>
              <w:t>（あれば）</w:t>
            </w:r>
          </w:p>
        </w:tc>
        <w:tc>
          <w:tcPr>
            <w:tcW w:w="4435" w:type="dxa"/>
          </w:tcPr>
          <w:p w14:paraId="5B744447" w14:textId="77777777" w:rsidR="00092FF4" w:rsidRPr="002E33A8" w:rsidRDefault="00092FF4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  <w:p w14:paraId="4DD9DF4C" w14:textId="77777777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092FF4" w:rsidRPr="002E33A8" w14:paraId="00C756AE" w14:textId="77777777" w:rsidTr="00563ABA">
        <w:tc>
          <w:tcPr>
            <w:tcW w:w="4320" w:type="dxa"/>
          </w:tcPr>
          <w:p w14:paraId="679BE2B7" w14:textId="77777777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代表者名 ※</w:t>
            </w:r>
          </w:p>
        </w:tc>
        <w:tc>
          <w:tcPr>
            <w:tcW w:w="4435" w:type="dxa"/>
          </w:tcPr>
          <w:p w14:paraId="50513EAB" w14:textId="77777777" w:rsidR="00092FF4" w:rsidRPr="002E33A8" w:rsidRDefault="00092FF4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  <w:p w14:paraId="62556317" w14:textId="77777777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092FF4" w:rsidRPr="002E33A8" w14:paraId="1A481BEA" w14:textId="77777777" w:rsidTr="00563ABA">
        <w:tc>
          <w:tcPr>
            <w:tcW w:w="4320" w:type="dxa"/>
          </w:tcPr>
          <w:p w14:paraId="7A550535" w14:textId="77777777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住所 ※</w:t>
            </w:r>
          </w:p>
        </w:tc>
        <w:tc>
          <w:tcPr>
            <w:tcW w:w="4435" w:type="dxa"/>
          </w:tcPr>
          <w:p w14:paraId="7C635E82" w14:textId="77777777" w:rsidR="00092FF4" w:rsidRPr="002E33A8" w:rsidRDefault="00092FF4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  <w:p w14:paraId="2AB5C4B5" w14:textId="6BE650D1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092FF4" w:rsidRPr="002E33A8" w14:paraId="6722EFB7" w14:textId="77777777" w:rsidTr="00563ABA">
        <w:tc>
          <w:tcPr>
            <w:tcW w:w="4320" w:type="dxa"/>
          </w:tcPr>
          <w:p w14:paraId="5B639069" w14:textId="77777777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電話 ※</w:t>
            </w:r>
          </w:p>
        </w:tc>
        <w:tc>
          <w:tcPr>
            <w:tcW w:w="4435" w:type="dxa"/>
          </w:tcPr>
          <w:p w14:paraId="6F40BA05" w14:textId="77777777" w:rsidR="00092FF4" w:rsidRPr="002E33A8" w:rsidRDefault="00092FF4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  <w:p w14:paraId="15A7F306" w14:textId="77777777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092FF4" w:rsidRPr="002E33A8" w14:paraId="3AC1D7A3" w14:textId="77777777" w:rsidTr="00563ABA">
        <w:tc>
          <w:tcPr>
            <w:tcW w:w="4320" w:type="dxa"/>
          </w:tcPr>
          <w:p w14:paraId="425324B5" w14:textId="71A5BEC2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メール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>アドレス</w:t>
            </w:r>
          </w:p>
        </w:tc>
        <w:tc>
          <w:tcPr>
            <w:tcW w:w="4435" w:type="dxa"/>
          </w:tcPr>
          <w:p w14:paraId="61600AC4" w14:textId="77777777" w:rsidR="00092FF4" w:rsidRPr="002E33A8" w:rsidRDefault="00092FF4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  <w:p w14:paraId="0AB41CCF" w14:textId="77777777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bookmarkEnd w:id="0"/>
      <w:tr w:rsidR="00092FF4" w:rsidRPr="002E33A8" w14:paraId="4F5657B2" w14:textId="77777777" w:rsidTr="00563ABA">
        <w:tc>
          <w:tcPr>
            <w:tcW w:w="4320" w:type="dxa"/>
          </w:tcPr>
          <w:p w14:paraId="07E17222" w14:textId="77777777" w:rsidR="00092FF4" w:rsidRPr="002E33A8" w:rsidRDefault="00656E59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URL</w:t>
            </w:r>
          </w:p>
          <w:p w14:paraId="397A6906" w14:textId="4F956B81" w:rsidR="008B0427" w:rsidRPr="002E33A8" w:rsidRDefault="008B0427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インスタ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>グラム</w:t>
            </w:r>
          </w:p>
        </w:tc>
        <w:tc>
          <w:tcPr>
            <w:tcW w:w="4435" w:type="dxa"/>
          </w:tcPr>
          <w:p w14:paraId="14EEE9C2" w14:textId="77777777" w:rsidR="00092FF4" w:rsidRPr="002E33A8" w:rsidRDefault="00656E59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</w:rPr>
              <w:t>https://</w:t>
            </w:r>
          </w:p>
          <w:p w14:paraId="281BD8BB" w14:textId="2D8E86FA" w:rsidR="008B0427" w:rsidRPr="002E33A8" w:rsidRDefault="008B0427" w:rsidP="008B0427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□インスタあり</w:t>
            </w:r>
          </w:p>
        </w:tc>
      </w:tr>
      <w:tr w:rsidR="00563ABA" w:rsidRPr="002E33A8" w14:paraId="79617A2A" w14:textId="77777777" w:rsidTr="00563ABA">
        <w:tc>
          <w:tcPr>
            <w:tcW w:w="4320" w:type="dxa"/>
          </w:tcPr>
          <w:p w14:paraId="5B95DDD0" w14:textId="77777777" w:rsidR="00F64769" w:rsidRDefault="002E33A8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換金</w:t>
            </w:r>
            <w:r w:rsidR="00563ABA" w:rsidRPr="002E33A8">
              <w:rPr>
                <w:rFonts w:ascii="BIZ UDP明朝 Medium" w:eastAsia="BIZ UDP明朝 Medium" w:hAnsi="BIZ UDP明朝 Medium" w:hint="eastAsia"/>
                <w:lang w:eastAsia="ja-JP"/>
              </w:rPr>
              <w:t>口座</w:t>
            </w:r>
          </w:p>
          <w:p w14:paraId="0841C9FB" w14:textId="639A77B9" w:rsidR="00563ABA" w:rsidRPr="002E33A8" w:rsidRDefault="00563ABA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 xml:space="preserve"> ※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>必ずどちらかの口座が必要です</w:t>
            </w:r>
          </w:p>
        </w:tc>
        <w:tc>
          <w:tcPr>
            <w:tcW w:w="4435" w:type="dxa"/>
          </w:tcPr>
          <w:p w14:paraId="191D9756" w14:textId="48A6C584" w:rsidR="00563ABA" w:rsidRPr="002E33A8" w:rsidRDefault="00563ABA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□湘南信用金庫三浦海岸支店</w:t>
            </w:r>
          </w:p>
          <w:p w14:paraId="5EEE5C8D" w14:textId="24EE9BD5" w:rsidR="00563ABA" w:rsidRPr="002E33A8" w:rsidRDefault="00563ABA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□かながわ信用金庫三浦海岸支店</w:t>
            </w:r>
          </w:p>
        </w:tc>
      </w:tr>
      <w:tr w:rsidR="00563ABA" w:rsidRPr="002E33A8" w14:paraId="48CF827D" w14:textId="77777777" w:rsidTr="00563ABA">
        <w:tc>
          <w:tcPr>
            <w:tcW w:w="4320" w:type="dxa"/>
          </w:tcPr>
          <w:p w14:paraId="7D89C394" w14:textId="77777777" w:rsidR="00563ABA" w:rsidRDefault="00563ABA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店頭での商品券販売</w:t>
            </w:r>
          </w:p>
          <w:p w14:paraId="2B98A182" w14:textId="3B4A56F0" w:rsidR="00F64769" w:rsidRPr="002E33A8" w:rsidRDefault="00F64769" w:rsidP="008B0427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事前に事務局より1冊5,000円で購入いただきます。</w:t>
            </w:r>
          </w:p>
        </w:tc>
        <w:tc>
          <w:tcPr>
            <w:tcW w:w="4435" w:type="dxa"/>
          </w:tcPr>
          <w:p w14:paraId="5CDC2879" w14:textId="77777777" w:rsidR="00F64769" w:rsidRDefault="00563ABA" w:rsidP="00F64769">
            <w:pPr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□希望する</w:t>
            </w:r>
            <w:r w:rsidR="00F64769">
              <w:rPr>
                <w:rFonts w:ascii="BIZ UDP明朝 Medium" w:eastAsia="BIZ UDP明朝 Medium" w:hAnsi="BIZ UDP明朝 Medium" w:hint="eastAsia"/>
                <w:lang w:eastAsia="ja-JP"/>
              </w:rPr>
              <w:t>（　　　　　冊）</w:t>
            </w: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 xml:space="preserve">　</w:t>
            </w:r>
          </w:p>
          <w:p w14:paraId="1978C2A2" w14:textId="523881E6" w:rsidR="00563ABA" w:rsidRPr="002E33A8" w:rsidRDefault="00563ABA" w:rsidP="00F64769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 w:hint="eastAsia"/>
                <w:lang w:eastAsia="ja-JP"/>
              </w:rPr>
              <w:t>□希望しない</w:t>
            </w:r>
          </w:p>
        </w:tc>
      </w:tr>
    </w:tbl>
    <w:p w14:paraId="288CA492" w14:textId="02980039" w:rsidR="002E33A8" w:rsidRPr="002E33A8" w:rsidRDefault="002E33A8" w:rsidP="002E33A8">
      <w:pPr>
        <w:rPr>
          <w:rFonts w:ascii="BIZ UDP明朝 Medium" w:eastAsia="BIZ UDP明朝 Medium" w:hAnsi="BIZ UDP明朝 Medium"/>
          <w:lang w:eastAsia="ja-JP"/>
        </w:rPr>
      </w:pPr>
    </w:p>
    <w:p w14:paraId="1FA58C2D" w14:textId="1C72AEA5" w:rsidR="002E33A8" w:rsidRDefault="00F64769" w:rsidP="002E33A8">
      <w:pPr>
        <w:rPr>
          <w:rFonts w:ascii="BIZ UDP明朝 Medium" w:eastAsia="BIZ UDP明朝 Medium" w:hAnsi="BIZ UDP明朝 Medium"/>
          <w:b/>
          <w:bCs/>
          <w:lang w:eastAsia="ja-JP"/>
        </w:rPr>
      </w:pPr>
      <w:r>
        <w:rPr>
          <w:rFonts w:ascii="BIZ UDP明朝 Medium" w:eastAsia="BIZ UDP明朝 Medium" w:hAnsi="BIZ UDP明朝 Medium" w:hint="eastAsia"/>
          <w:b/>
          <w:bCs/>
          <w:lang w:eastAsia="ja-JP"/>
        </w:rPr>
        <w:t>スタンプウォーク</w:t>
      </w:r>
      <w:r w:rsidR="00656E59">
        <w:rPr>
          <w:rFonts w:ascii="BIZ UDP明朝 Medium" w:eastAsia="BIZ UDP明朝 Medium" w:hAnsi="BIZ UDP明朝 Medium" w:hint="eastAsia"/>
          <w:b/>
          <w:bCs/>
          <w:lang w:eastAsia="ja-JP"/>
        </w:rPr>
        <w:t>へ参加</w:t>
      </w:r>
      <w:r>
        <w:rPr>
          <w:rFonts w:ascii="BIZ UDP明朝 Medium" w:eastAsia="BIZ UDP明朝 Medium" w:hAnsi="BIZ UDP明朝 Medium" w:hint="eastAsia"/>
          <w:b/>
          <w:bCs/>
          <w:lang w:eastAsia="ja-JP"/>
        </w:rPr>
        <w:t>する</w:t>
      </w:r>
      <w:r w:rsidR="00656E59">
        <w:rPr>
          <w:rFonts w:ascii="BIZ UDP明朝 Medium" w:eastAsia="BIZ UDP明朝 Medium" w:hAnsi="BIZ UDP明朝 Medium" w:hint="eastAsia"/>
          <w:b/>
          <w:bCs/>
          <w:lang w:eastAsia="ja-JP"/>
        </w:rPr>
        <w:t>場合は、以下をご記入ください。</w:t>
      </w:r>
      <w:r w:rsidR="002E33A8">
        <w:rPr>
          <w:rFonts w:ascii="BIZ UDP明朝 Medium" w:eastAsia="BIZ UDP明朝 Medium" w:hAnsi="BIZ UDP明朝 Medium" w:hint="eastAsia"/>
          <w:b/>
          <w:bCs/>
          <w:lang w:eastAsia="ja-JP"/>
        </w:rPr>
        <w:t xml:space="preserve">　</w:t>
      </w:r>
    </w:p>
    <w:p w14:paraId="6A4BCBCC" w14:textId="6FC1A994" w:rsidR="002E33A8" w:rsidRPr="00F64769" w:rsidRDefault="002E33A8" w:rsidP="00F64769">
      <w:pPr>
        <w:pStyle w:val="ae"/>
        <w:numPr>
          <w:ilvl w:val="0"/>
          <w:numId w:val="10"/>
        </w:numPr>
        <w:rPr>
          <w:rFonts w:ascii="BIZ UDP明朝 Medium" w:eastAsia="BIZ UDP明朝 Medium" w:hAnsi="BIZ UDP明朝 Medium"/>
          <w:b/>
          <w:bCs/>
          <w:lang w:eastAsia="ja-JP"/>
        </w:rPr>
      </w:pPr>
      <w:r w:rsidRPr="00F64769">
        <w:rPr>
          <w:rFonts w:ascii="BIZ UDP明朝 Medium" w:eastAsia="BIZ UDP明朝 Medium" w:hAnsi="BIZ UDP明朝 Medium"/>
          <w:b/>
          <w:bCs/>
          <w:lang w:eastAsia="ja-JP"/>
        </w:rPr>
        <w:t>三浦海岸スタンプウォーク2026秋 参加申込書</w:t>
      </w:r>
    </w:p>
    <w:tbl>
      <w:tblPr>
        <w:tblStyle w:val="afe"/>
        <w:tblW w:w="9039" w:type="dxa"/>
        <w:tblLook w:val="04A0" w:firstRow="1" w:lastRow="0" w:firstColumn="1" w:lastColumn="0" w:noHBand="0" w:noVBand="1"/>
      </w:tblPr>
      <w:tblGrid>
        <w:gridCol w:w="4320"/>
        <w:gridCol w:w="4719"/>
      </w:tblGrid>
      <w:tr w:rsidR="002E33A8" w:rsidRPr="002E33A8" w14:paraId="3891217D" w14:textId="77777777" w:rsidTr="002E33A8">
        <w:tc>
          <w:tcPr>
            <w:tcW w:w="4320" w:type="dxa"/>
          </w:tcPr>
          <w:p w14:paraId="4022F277" w14:textId="1EE3121B" w:rsidR="002E33A8" w:rsidRPr="002E33A8" w:rsidRDefault="002E33A8" w:rsidP="00D73B93">
            <w:pPr>
              <w:rPr>
                <w:rFonts w:ascii="BIZ UDP明朝 Medium" w:eastAsia="BIZ UDP明朝 Medium" w:hAnsi="BIZ UDP明朝 Medium"/>
              </w:rPr>
            </w:pPr>
            <w:r w:rsidRPr="002E33A8">
              <w:rPr>
                <w:rFonts w:ascii="BIZ UDP明朝 Medium" w:eastAsia="BIZ UDP明朝 Medium" w:hAnsi="BIZ UDP明朝 Medium"/>
                <w:lang w:eastAsia="ja-JP"/>
              </w:rPr>
              <w:t>参加費：5,000円</w:t>
            </w:r>
          </w:p>
        </w:tc>
        <w:tc>
          <w:tcPr>
            <w:tcW w:w="4719" w:type="dxa"/>
          </w:tcPr>
          <w:p w14:paraId="17BC9447" w14:textId="2261B401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2E33A8">
              <w:rPr>
                <w:rFonts w:ascii="BIZ UDP明朝 Medium" w:eastAsia="BIZ UDP明朝 Medium" w:hAnsi="BIZ UDP明朝 Medium"/>
                <w:lang w:eastAsia="ja-JP"/>
              </w:rPr>
              <w:t>□ 参加する</w:t>
            </w:r>
            <w:r>
              <w:rPr>
                <w:rFonts w:ascii="BIZ UDP明朝 Medium" w:eastAsia="BIZ UDP明朝 Medium" w:hAnsi="BIZ UDP明朝 Medium" w:hint="eastAsia"/>
                <w:lang w:eastAsia="ja-JP"/>
              </w:rPr>
              <w:t>（□過去参加時と同じ）以下省略可</w:t>
            </w:r>
          </w:p>
        </w:tc>
      </w:tr>
      <w:tr w:rsidR="002E33A8" w:rsidRPr="002E33A8" w14:paraId="5A0A28A8" w14:textId="77777777" w:rsidTr="002E33A8">
        <w:tc>
          <w:tcPr>
            <w:tcW w:w="4320" w:type="dxa"/>
          </w:tcPr>
          <w:p w14:paraId="32BE8D01" w14:textId="3D83B4AE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営業時間</w:t>
            </w:r>
          </w:p>
        </w:tc>
        <w:tc>
          <w:tcPr>
            <w:tcW w:w="4719" w:type="dxa"/>
          </w:tcPr>
          <w:p w14:paraId="15EDACC8" w14:textId="1501BCA0" w:rsidR="002E33A8" w:rsidRPr="002E33A8" w:rsidRDefault="002E33A8" w:rsidP="002E33A8">
            <w:pPr>
              <w:spacing w:after="200" w:line="276" w:lineRule="auto"/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2E33A8" w:rsidRPr="002E33A8" w14:paraId="2C6AA40A" w14:textId="77777777" w:rsidTr="002E33A8">
        <w:tc>
          <w:tcPr>
            <w:tcW w:w="4320" w:type="dxa"/>
          </w:tcPr>
          <w:p w14:paraId="52C6911E" w14:textId="16F0A9F4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定休日</w:t>
            </w:r>
          </w:p>
        </w:tc>
        <w:tc>
          <w:tcPr>
            <w:tcW w:w="4719" w:type="dxa"/>
          </w:tcPr>
          <w:p w14:paraId="4AD6C5AF" w14:textId="77777777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2E33A8" w:rsidRPr="002E33A8" w14:paraId="5CA6FA64" w14:textId="77777777" w:rsidTr="002E33A8">
        <w:tc>
          <w:tcPr>
            <w:tcW w:w="4320" w:type="dxa"/>
          </w:tcPr>
          <w:p w14:paraId="1223E8D4" w14:textId="6C884807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応募BOX設置</w:t>
            </w:r>
          </w:p>
        </w:tc>
        <w:tc>
          <w:tcPr>
            <w:tcW w:w="4719" w:type="dxa"/>
          </w:tcPr>
          <w:p w14:paraId="6F95B0A7" w14:textId="528C1390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□設置可能</w:t>
            </w:r>
          </w:p>
        </w:tc>
      </w:tr>
      <w:tr w:rsidR="002E33A8" w:rsidRPr="002E33A8" w14:paraId="6377BE81" w14:textId="77777777" w:rsidTr="002E33A8">
        <w:tc>
          <w:tcPr>
            <w:tcW w:w="4320" w:type="dxa"/>
          </w:tcPr>
          <w:p w14:paraId="0CE0B4C2" w14:textId="400E27CF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インスタグラム／URL</w:t>
            </w:r>
          </w:p>
        </w:tc>
        <w:tc>
          <w:tcPr>
            <w:tcW w:w="4719" w:type="dxa"/>
          </w:tcPr>
          <w:p w14:paraId="2653FFBB" w14:textId="5BC1F04F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□インスタあり</w:t>
            </w:r>
          </w:p>
          <w:p w14:paraId="7BAAD343" w14:textId="0A712B0A" w:rsidR="002E33A8" w:rsidRPr="002E33A8" w:rsidRDefault="002E33A8" w:rsidP="00D73B93">
            <w:pPr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□URL：</w:t>
            </w:r>
          </w:p>
        </w:tc>
      </w:tr>
    </w:tbl>
    <w:p w14:paraId="2030041C" w14:textId="77777777" w:rsidR="00BC0CDC" w:rsidRPr="002E33A8" w:rsidRDefault="00BC0CDC">
      <w:pPr>
        <w:rPr>
          <w:rFonts w:ascii="BIZ UDP明朝 Medium" w:eastAsia="BIZ UDP明朝 Medium" w:hAnsi="BIZ UDP明朝 Medium"/>
          <w:lang w:eastAsia="ja-JP"/>
        </w:rPr>
      </w:pPr>
    </w:p>
    <w:sectPr w:rsidR="00BC0CDC" w:rsidRPr="002E33A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0EF9" w14:textId="77777777" w:rsidR="00FC1305" w:rsidRDefault="00FC1305" w:rsidP="00656E59">
      <w:pPr>
        <w:spacing w:after="0" w:line="240" w:lineRule="auto"/>
      </w:pPr>
      <w:r>
        <w:separator/>
      </w:r>
    </w:p>
  </w:endnote>
  <w:endnote w:type="continuationSeparator" w:id="0">
    <w:p w14:paraId="2EBF9271" w14:textId="77777777" w:rsidR="00FC1305" w:rsidRDefault="00FC1305" w:rsidP="0065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F660D" w14:textId="77777777" w:rsidR="00FC1305" w:rsidRDefault="00FC1305" w:rsidP="00656E59">
      <w:pPr>
        <w:spacing w:after="0" w:line="240" w:lineRule="auto"/>
      </w:pPr>
      <w:r>
        <w:separator/>
      </w:r>
    </w:p>
  </w:footnote>
  <w:footnote w:type="continuationSeparator" w:id="0">
    <w:p w14:paraId="2CC8631C" w14:textId="77777777" w:rsidR="00FC1305" w:rsidRDefault="00FC1305" w:rsidP="00656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2A64D7"/>
    <w:multiLevelType w:val="hybridMultilevel"/>
    <w:tmpl w:val="69600A1A"/>
    <w:lvl w:ilvl="0" w:tplc="EFAC3E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1537279">
    <w:abstractNumId w:val="8"/>
  </w:num>
  <w:num w:numId="2" w16cid:durableId="1812207070">
    <w:abstractNumId w:val="6"/>
  </w:num>
  <w:num w:numId="3" w16cid:durableId="847326391">
    <w:abstractNumId w:val="5"/>
  </w:num>
  <w:num w:numId="4" w16cid:durableId="1740322780">
    <w:abstractNumId w:val="4"/>
  </w:num>
  <w:num w:numId="5" w16cid:durableId="477117228">
    <w:abstractNumId w:val="7"/>
  </w:num>
  <w:num w:numId="6" w16cid:durableId="785658589">
    <w:abstractNumId w:val="3"/>
  </w:num>
  <w:num w:numId="7" w16cid:durableId="1111701899">
    <w:abstractNumId w:val="2"/>
  </w:num>
  <w:num w:numId="8" w16cid:durableId="658579298">
    <w:abstractNumId w:val="1"/>
  </w:num>
  <w:num w:numId="9" w16cid:durableId="1415130200">
    <w:abstractNumId w:val="0"/>
  </w:num>
  <w:num w:numId="10" w16cid:durableId="1794860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FF4"/>
    <w:rsid w:val="0015074B"/>
    <w:rsid w:val="0029639D"/>
    <w:rsid w:val="002B25B6"/>
    <w:rsid w:val="002E33A8"/>
    <w:rsid w:val="00326F90"/>
    <w:rsid w:val="003A5129"/>
    <w:rsid w:val="003C4C00"/>
    <w:rsid w:val="00563ABA"/>
    <w:rsid w:val="00625FB2"/>
    <w:rsid w:val="00656E59"/>
    <w:rsid w:val="006900EC"/>
    <w:rsid w:val="006C207C"/>
    <w:rsid w:val="008B0427"/>
    <w:rsid w:val="009E21CB"/>
    <w:rsid w:val="00AA1D8D"/>
    <w:rsid w:val="00B47730"/>
    <w:rsid w:val="00BC0CDC"/>
    <w:rsid w:val="00CA6A6C"/>
    <w:rsid w:val="00CB0664"/>
    <w:rsid w:val="00EE4936"/>
    <w:rsid w:val="00F64769"/>
    <w:rsid w:val="00FC1305"/>
    <w:rsid w:val="00FC693F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08C9E"/>
  <w14:defaultImageDpi w14:val="300"/>
  <w15:docId w15:val="{56AAA995-18CF-4791-AF8A-AADEFF5E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33A8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根岸　徹大</cp:lastModifiedBy>
  <cp:revision>4</cp:revision>
  <cp:lastPrinted>2026-07-21T10:13:00Z</cp:lastPrinted>
  <dcterms:created xsi:type="dcterms:W3CDTF">2026-07-22T07:29:00Z</dcterms:created>
  <dcterms:modified xsi:type="dcterms:W3CDTF">2026-07-28T07:13:00Z</dcterms:modified>
  <cp:category/>
</cp:coreProperties>
</file>